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Moore Aerosystems Inspection Report</w:t>
      </w:r>
    </w:p>
    <w:p>
      <w:pPr>
        <w:pStyle w:val="Heading1"/>
      </w:pPr>
      <w:r>
        <w:t>Report Title: [Insert Project Name or ID]</w:t>
      </w:r>
    </w:p>
    <w:p>
      <w:pPr>
        <w:pStyle w:val="Heading1"/>
      </w:pPr>
      <w:r>
        <w:t>Client Name: [Insert Client Name]</w:t>
      </w:r>
    </w:p>
    <w:p>
      <w:pPr>
        <w:pStyle w:val="Heading1"/>
      </w:pPr>
      <w:r>
        <w:t>Date of Report: [Insert Date]</w:t>
      </w:r>
    </w:p>
    <w:p>
      <w:pPr>
        <w:pStyle w:val="Heading2"/>
      </w:pPr>
      <w:r>
        <w:t>1. Executive Summary</w:t>
      </w:r>
    </w:p>
    <w:p>
      <w:r>
        <w:t>Provide a high-level overview of the inspection, including the purpose, key findings, and recommendations.</w:t>
      </w:r>
    </w:p>
    <w:p>
      <w:r>
        <w:t>Inspection Date: [Insert Date]</w:t>
      </w:r>
    </w:p>
    <w:p>
      <w:r>
        <w:t>Location: [Insert Location]</w:t>
      </w:r>
    </w:p>
    <w:p>
      <w:r>
        <w:t>Drone Used: [Model Name + Special Equipment Like RTK Module, Thermal Camera, LiDAR]</w:t>
      </w:r>
    </w:p>
    <w:p>
      <w:r>
        <w:t>Category 2 Operations Approval: [Yes/No]</w:t>
      </w:r>
    </w:p>
    <w:p>
      <w:pPr>
        <w:pStyle w:val="Heading3"/>
      </w:pPr>
      <w:r>
        <w:t>Key Findings:</w:t>
      </w:r>
    </w:p>
    <w:p>
      <w:r>
        <w:t>- Brief overview of critical issues identified.</w:t>
      </w:r>
    </w:p>
    <w:p>
      <w:r>
        <w:t>- Summary of data collected (visual, thermal, LiDAR) and any urgent concerns.</w:t>
      </w:r>
    </w:p>
    <w:p>
      <w:pPr>
        <w:pStyle w:val="Heading3"/>
      </w:pPr>
      <w:r>
        <w:t>Next Steps:</w:t>
      </w:r>
    </w:p>
    <w:p>
      <w:r>
        <w:t>- Actions or further inspections needed.</w:t>
      </w:r>
    </w:p>
    <w:p>
      <w:r>
        <w:t>- Recommendations for manual inspections or interventions by Professional Engineers (PEs).</w:t>
      </w:r>
    </w:p>
    <w:p>
      <w:pPr>
        <w:pStyle w:val="Heading2"/>
      </w:pPr>
      <w:r>
        <w:t>2. Scope of Work</w:t>
      </w:r>
    </w:p>
    <w:p>
      <w:r>
        <w:t>Describe what the inspection aimed to achieve and what areas or aspects were covered.</w:t>
      </w:r>
    </w:p>
    <w:p>
      <w:r>
        <w:t>Inspection Type: Facade Inspection</w:t>
      </w:r>
    </w:p>
    <w:p>
      <w:r>
        <w:t>Objective: [e.g., Identify potential structural issues, assess wear and tear, etc.]</w:t>
      </w:r>
    </w:p>
    <w:p>
      <w:r>
        <w:t>Inspection Area: [Specific areas inspected, e.g., South-facing facade, roofline, etc.]</w:t>
      </w:r>
    </w:p>
    <w:p>
      <w:r>
        <w:t>Flight Time: [Insert Total Flight Time]</w:t>
      </w:r>
    </w:p>
    <w:p>
      <w:r>
        <w:t>Total Area Covered: [Insert Area Covered in Square Feet]</w:t>
      </w:r>
    </w:p>
    <w:p>
      <w:pPr>
        <w:pStyle w:val="Heading2"/>
      </w:pPr>
      <w:r>
        <w:t>3. Inspection Methodology</w:t>
      </w:r>
    </w:p>
    <w:p>
      <w:r>
        <w:t>Detail the equipment and technology used for the inspection.</w:t>
      </w:r>
    </w:p>
    <w:p>
      <w:r>
        <w:t>Drone Model: [Insert Model Name]</w:t>
      </w:r>
    </w:p>
    <w:p>
      <w:r>
        <w:t>Number of Cameras: [Insert Number] (e.g., 1 visual, 1 thermal)</w:t>
      </w:r>
    </w:p>
    <w:p>
      <w:r>
        <w:t>Special Equipment: [e.g., RTK for precision mapping, LiDAR]</w:t>
      </w:r>
    </w:p>
    <w:p>
      <w:r>
        <w:t>Flight Path: [Description of drone flight patterns used, altitude, etc.]</w:t>
      </w:r>
    </w:p>
    <w:p>
      <w:pPr>
        <w:pStyle w:val="Heading2"/>
      </w:pPr>
      <w:r>
        <w:t>4. Detailed Findings</w:t>
      </w:r>
    </w:p>
    <w:p>
      <w:r>
        <w:t>Present a breakdown of the findings from the inspection, using images and data collected from the drone.</w:t>
      </w:r>
    </w:p>
    <w:p>
      <w:pPr>
        <w:pStyle w:val="Heading3"/>
      </w:pPr>
      <w:r>
        <w:t>Section 1: [Area/Zone]</w:t>
      </w:r>
    </w:p>
    <w:p>
      <w:r>
        <w:t>- Description: [Identify specific findings, e.g., cracks, material degradation, etc.]</w:t>
      </w:r>
    </w:p>
    <w:p>
      <w:r>
        <w:t>- Image Reference: [Image #1, attached below]</w:t>
      </w:r>
    </w:p>
    <w:p>
      <w:r>
        <w:t>- Recommendation: [e.g., Manual inspection by PE, repair needed]</w:t>
      </w:r>
    </w:p>
    <w:p>
      <w:pPr>
        <w:pStyle w:val="Heading3"/>
      </w:pPr>
      <w:r>
        <w:t>Section 2: [Area/Zone]</w:t>
      </w:r>
    </w:p>
    <w:p>
      <w:r>
        <w:t>- Description: [Insert Findings]</w:t>
      </w:r>
    </w:p>
    <w:p>
      <w:r>
        <w:t>- Image Reference: [Image #2, attached below]</w:t>
      </w:r>
    </w:p>
    <w:p>
      <w:r>
        <w:t>- Recommendation: [Insert Recommendation]</w:t>
      </w:r>
    </w:p>
    <w:p>
      <w:pPr>
        <w:pStyle w:val="Heading2"/>
      </w:pPr>
      <w:r>
        <w:t>5. Thermal and LiDAR Analysis</w:t>
      </w:r>
    </w:p>
    <w:p>
      <w:r>
        <w:t>Provide insights from specialized equipment.</w:t>
      </w:r>
    </w:p>
    <w:p>
      <w:r>
        <w:t>Thermal Imaging Results: [Highlight hotspots, temperature anomalies, etc.]</w:t>
      </w:r>
    </w:p>
    <w:p>
      <w:r>
        <w:t>LiDAR Results: [Provide 3D mapping insights, measurements, structural integrity concerns]</w:t>
      </w:r>
    </w:p>
    <w:p>
      <w:r>
        <w:t>Data Interpretation: [Explain how the data helps engineers prioritize areas for further inspection]</w:t>
      </w:r>
    </w:p>
    <w:p>
      <w:pPr>
        <w:pStyle w:val="Heading2"/>
      </w:pPr>
      <w:r>
        <w:t>6. Recommendations and Conclusion</w:t>
      </w:r>
    </w:p>
    <w:p>
      <w:r>
        <w:t>Offer a summary of recommendations based on the findings.</w:t>
      </w:r>
    </w:p>
    <w:p>
      <w:pPr>
        <w:pStyle w:val="Heading3"/>
      </w:pPr>
      <w:r>
        <w:t>High Priority:</w:t>
      </w:r>
    </w:p>
    <w:p>
      <w:r>
        <w:t>- [List urgent actions]</w:t>
      </w:r>
    </w:p>
    <w:p>
      <w:pPr>
        <w:pStyle w:val="Heading3"/>
      </w:pPr>
      <w:r>
        <w:t>Medium Priority:</w:t>
      </w:r>
    </w:p>
    <w:p>
      <w:r>
        <w:t>- [List actions to be taken soon]</w:t>
      </w:r>
    </w:p>
    <w:p>
      <w:pPr>
        <w:pStyle w:val="Heading3"/>
      </w:pPr>
      <w:r>
        <w:t>Low Priority:</w:t>
      </w:r>
    </w:p>
    <w:p>
      <w:r>
        <w:t>- [General maintenance recommendations]</w:t>
      </w:r>
    </w:p>
    <w:p>
      <w:pPr>
        <w:pStyle w:val="Heading3"/>
      </w:pPr>
      <w:r>
        <w:t>Conclusion:</w:t>
      </w:r>
    </w:p>
    <w:p>
      <w:r>
        <w:t>Wrap up with a statement on the overall condition of the inspected site and any urgent next steps.</w:t>
      </w:r>
    </w:p>
    <w:p>
      <w:pPr>
        <w:pStyle w:val="Heading2"/>
      </w:pPr>
      <w:r>
        <w:t>7. Appendices</w:t>
      </w:r>
    </w:p>
    <w:p>
      <w:r>
        <w:t>Include additional data, such as high-resolution images, LiDAR data files, or temperature maps, as appendices.</w:t>
      </w:r>
    </w:p>
    <w:p>
      <w:pPr>
        <w:pStyle w:val="Heading3"/>
      </w:pPr>
      <w:r>
        <w:t>Appendix A:</w:t>
      </w:r>
    </w:p>
    <w:p>
      <w:r>
        <w:t>Full set of images captured during the inspection.</w:t>
      </w:r>
    </w:p>
    <w:p>
      <w:pPr>
        <w:pStyle w:val="Heading3"/>
      </w:pPr>
      <w:r>
        <w:t>Appendix B:</w:t>
      </w:r>
    </w:p>
    <w:p>
      <w:r>
        <w:t>3D LiDAR Map of the site.</w:t>
      </w:r>
    </w:p>
    <w:p>
      <w:pPr>
        <w:pStyle w:val="Heading3"/>
      </w:pPr>
      <w:r>
        <w:t>Appendix C:</w:t>
      </w:r>
    </w:p>
    <w:p>
      <w:r>
        <w:t>Temperature Distribution Report from Thermal Imaging.</w:t>
      </w:r>
    </w:p>
    <w:p>
      <w:pPr>
        <w:pStyle w:val="Heading2"/>
      </w:pPr>
      <w:r>
        <w:t>Prepared by:</w:t>
      </w:r>
    </w:p>
    <w:p>
      <w:r>
        <w:t>Moore Aerosystems</w:t>
      </w:r>
    </w:p>
    <w:p>
      <w:r>
        <w:t>Colin Moore, CEO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